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i w:val="0"/>
          <w:color w:val="1F3864"/>
          <w:sz w:val="48"/>
        </w:rPr>
        <w:t>MEETING AGENDA</w:t>
      </w:r>
    </w:p>
    <w:p>
      <w:pPr>
        <w:spacing w:after="240"/>
      </w:pPr>
      <w:r>
        <w:rPr>
          <w:b w:val="0"/>
          <w:i w:val="0"/>
          <w:color w:val="595959"/>
          <w:sz w:val="24"/>
        </w:rPr>
        <w:t>[Organization Name]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F2F2F2"/>
          </w:tcPr>
          <w:p>
            <w:r/>
            <w:r>
              <w:rPr>
                <w:b/>
                <w:sz w:val="20"/>
              </w:rPr>
              <w:t>Date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[Month DD, YYYY]</w:t>
            </w:r>
          </w:p>
        </w:tc>
        <w:tc>
          <w:tcPr>
            <w:tcW w:type="dxa" w:w="2493"/>
            <w:shd w:val="clear" w:color="auto" w:fill="F2F2F2"/>
          </w:tcPr>
          <w:p>
            <w:r/>
            <w:r>
              <w:rPr>
                <w:b/>
                <w:sz w:val="20"/>
              </w:rPr>
              <w:t>Time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[00:00] – [00:00]</w:t>
            </w:r>
          </w:p>
        </w:tc>
      </w:tr>
      <w:tr>
        <w:tc>
          <w:tcPr>
            <w:tcW w:type="dxa" w:w="2493"/>
            <w:shd w:val="clear" w:color="auto" w:fill="F2F2F2"/>
          </w:tcPr>
          <w:p>
            <w:r/>
            <w:r>
              <w:rPr>
                <w:b/>
                <w:sz w:val="20"/>
              </w:rPr>
              <w:t>Location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[Room / Video link]</w:t>
            </w:r>
          </w:p>
        </w:tc>
        <w:tc>
          <w:tcPr>
            <w:tcW w:type="dxa" w:w="2493"/>
            <w:shd w:val="clear" w:color="auto" w:fill="F2F2F2"/>
          </w:tcPr>
          <w:p>
            <w:r/>
            <w:r>
              <w:rPr>
                <w:b/>
                <w:sz w:val="20"/>
              </w:rPr>
              <w:t>Facilitator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[Name]</w:t>
            </w:r>
          </w:p>
        </w:tc>
      </w:tr>
      <w:tr>
        <w:tc>
          <w:tcPr>
            <w:tcW w:type="dxa" w:w="2493"/>
            <w:shd w:val="clear" w:color="auto" w:fill="F2F2F2"/>
          </w:tcPr>
          <w:p>
            <w:r/>
            <w:r>
              <w:rPr>
                <w:b/>
                <w:sz w:val="20"/>
              </w:rPr>
              <w:t>Note taker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[Name]</w:t>
            </w:r>
          </w:p>
        </w:tc>
        <w:tc>
          <w:tcPr>
            <w:tcW w:type="dxa" w:w="2493"/>
            <w:shd w:val="clear" w:color="auto" w:fill="F2F2F2"/>
          </w:tcPr>
          <w:p>
            <w:r/>
            <w:r>
              <w:rPr>
                <w:b/>
                <w:sz w:val="20"/>
              </w:rPr>
              <w:t>Timekeeper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[Name]</w:t>
            </w:r>
          </w:p>
        </w:tc>
      </w:tr>
    </w:tbl>
    <w:p>
      <w:pPr>
        <w:spacing w:after="80"/>
      </w:pPr>
    </w:p>
    <w:p>
      <w:pPr>
        <w:spacing w:after="120"/>
      </w:pPr>
      <w:r>
        <w:rPr>
          <w:b/>
          <w:i w:val="0"/>
          <w:color w:val="1F3864"/>
          <w:sz w:val="26"/>
        </w:rPr>
        <w:t>Meeting Purpose</w:t>
      </w:r>
    </w:p>
    <w:p>
      <w:pPr>
        <w:spacing w:after="120"/>
      </w:pPr>
      <w:r>
        <w:rPr>
          <w:b w:val="0"/>
          <w:i/>
          <w:color w:val="595959"/>
        </w:rPr>
        <w:t>[One or two sentences describing what this meeting needs to achieve.]</w:t>
      </w:r>
    </w:p>
    <w:p>
      <w:pPr>
        <w:spacing w:after="120"/>
      </w:pPr>
      <w:r>
        <w:rPr>
          <w:b/>
          <w:i w:val="0"/>
          <w:color w:val="1F3864"/>
          <w:sz w:val="26"/>
        </w:rPr>
        <w:t>Agenda Items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680"/>
            <w:shd w:val="clear" w:color="auto" w:fill="1F3864"/>
          </w:tcPr>
          <w:p>
            <w:r/>
            <w:r>
              <w:rPr>
                <w:b/>
                <w:color w:val="FFFFFF"/>
                <w:sz w:val="20"/>
              </w:rPr>
              <w:t>#</w:t>
            </w:r>
          </w:p>
        </w:tc>
        <w:tc>
          <w:tcPr>
            <w:tcW w:type="dxa" w:w="5386"/>
            <w:shd w:val="clear" w:color="auto" w:fill="1F3864"/>
          </w:tcPr>
          <w:p>
            <w:r/>
            <w:r>
              <w:rPr>
                <w:b/>
                <w:color w:val="FFFFFF"/>
                <w:sz w:val="20"/>
              </w:rPr>
              <w:t>Topic</w:t>
            </w:r>
          </w:p>
        </w:tc>
        <w:tc>
          <w:tcPr>
            <w:tcW w:type="dxa" w:w="1984"/>
            <w:shd w:val="clear" w:color="auto" w:fill="1F3864"/>
          </w:tcPr>
          <w:p>
            <w:r/>
            <w:r>
              <w:rPr>
                <w:b/>
                <w:color w:val="FFFFFF"/>
                <w:sz w:val="20"/>
              </w:rPr>
              <w:t>Lead</w:t>
            </w:r>
          </w:p>
        </w:tc>
        <w:tc>
          <w:tcPr>
            <w:tcW w:type="dxa" w:w="1417"/>
            <w:shd w:val="clear" w:color="auto" w:fill="1F3864"/>
          </w:tcPr>
          <w:p>
            <w:r/>
            <w:r>
              <w:rPr>
                <w:b/>
                <w:color w:val="FFFFFF"/>
                <w:sz w:val="20"/>
              </w:rPr>
              <w:t>Time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20"/>
              </w:rPr>
              <w:t>1</w:t>
            </w:r>
          </w:p>
        </w:tc>
        <w:tc>
          <w:tcPr>
            <w:tcW w:type="dxa" w:w="5386"/>
          </w:tcPr>
          <w:p>
            <w:r/>
            <w:r>
              <w:rPr>
                <w:sz w:val="20"/>
              </w:rPr>
              <w:t>Welcome and introductions</w:t>
            </w:r>
          </w:p>
        </w:tc>
        <w:tc>
          <w:tcPr>
            <w:tcW w:type="dxa" w:w="1984"/>
          </w:tcPr>
          <w:p>
            <w:r/>
            <w:r>
              <w:rPr>
                <w:sz w:val="20"/>
              </w:rPr>
              <w:t>[Name]</w:t>
            </w:r>
          </w:p>
        </w:tc>
        <w:tc>
          <w:tcPr>
            <w:tcW w:type="dxa" w:w="1417"/>
          </w:tcPr>
          <w:p>
            <w:r/>
            <w:r>
              <w:rPr>
                <w:sz w:val="20"/>
              </w:rPr>
              <w:t>5 min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20"/>
              </w:rPr>
              <w:t>2</w:t>
            </w:r>
          </w:p>
        </w:tc>
        <w:tc>
          <w:tcPr>
            <w:tcW w:type="dxa" w:w="5386"/>
          </w:tcPr>
          <w:p>
            <w:r/>
            <w:r>
              <w:rPr>
                <w:sz w:val="20"/>
              </w:rPr>
              <w:t>Review of previous action items</w:t>
            </w:r>
          </w:p>
        </w:tc>
        <w:tc>
          <w:tcPr>
            <w:tcW w:type="dxa" w:w="1984"/>
          </w:tcPr>
          <w:p>
            <w:r/>
            <w:r>
              <w:rPr>
                <w:sz w:val="20"/>
              </w:rPr>
              <w:t>[Name]</w:t>
            </w:r>
          </w:p>
        </w:tc>
        <w:tc>
          <w:tcPr>
            <w:tcW w:type="dxa" w:w="1417"/>
          </w:tcPr>
          <w:p>
            <w:r/>
            <w:r>
              <w:rPr>
                <w:sz w:val="20"/>
              </w:rPr>
              <w:t>10 min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20"/>
              </w:rPr>
              <w:t>3</w:t>
            </w:r>
          </w:p>
        </w:tc>
        <w:tc>
          <w:tcPr>
            <w:tcW w:type="dxa" w:w="5386"/>
          </w:tcPr>
          <w:p>
            <w:r/>
            <w:r>
              <w:rPr>
                <w:sz w:val="20"/>
              </w:rPr>
              <w:t>[Discussion topic]</w:t>
            </w:r>
          </w:p>
        </w:tc>
        <w:tc>
          <w:tcPr>
            <w:tcW w:type="dxa" w:w="1984"/>
          </w:tcPr>
          <w:p>
            <w:r/>
            <w:r>
              <w:rPr>
                <w:sz w:val="20"/>
              </w:rPr>
              <w:t>[Name]</w:t>
            </w:r>
          </w:p>
        </w:tc>
        <w:tc>
          <w:tcPr>
            <w:tcW w:type="dxa" w:w="1417"/>
          </w:tcPr>
          <w:p>
            <w:r/>
            <w:r>
              <w:rPr>
                <w:sz w:val="20"/>
              </w:rPr>
              <w:t>15 min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20"/>
              </w:rPr>
              <w:t>4</w:t>
            </w:r>
          </w:p>
        </w:tc>
        <w:tc>
          <w:tcPr>
            <w:tcW w:type="dxa" w:w="5386"/>
          </w:tcPr>
          <w:p>
            <w:r/>
            <w:r>
              <w:rPr>
                <w:sz w:val="20"/>
              </w:rPr>
              <w:t>[Discussion topic]</w:t>
            </w:r>
          </w:p>
        </w:tc>
        <w:tc>
          <w:tcPr>
            <w:tcW w:type="dxa" w:w="1984"/>
          </w:tcPr>
          <w:p>
            <w:r/>
            <w:r>
              <w:rPr>
                <w:sz w:val="20"/>
              </w:rPr>
              <w:t>[Name]</w:t>
            </w:r>
          </w:p>
        </w:tc>
        <w:tc>
          <w:tcPr>
            <w:tcW w:type="dxa" w:w="1417"/>
          </w:tcPr>
          <w:p>
            <w:r/>
            <w:r>
              <w:rPr>
                <w:sz w:val="20"/>
              </w:rPr>
              <w:t>15 min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20"/>
              </w:rPr>
              <w:t>5</w:t>
            </w:r>
          </w:p>
        </w:tc>
        <w:tc>
          <w:tcPr>
            <w:tcW w:type="dxa" w:w="5386"/>
          </w:tcPr>
          <w:p>
            <w:r/>
            <w:r>
              <w:rPr>
                <w:sz w:val="20"/>
              </w:rPr>
              <w:t>[Decision needed]</w:t>
            </w:r>
          </w:p>
        </w:tc>
        <w:tc>
          <w:tcPr>
            <w:tcW w:type="dxa" w:w="1984"/>
          </w:tcPr>
          <w:p>
            <w:r/>
            <w:r>
              <w:rPr>
                <w:sz w:val="20"/>
              </w:rPr>
              <w:t>[Name]</w:t>
            </w:r>
          </w:p>
        </w:tc>
        <w:tc>
          <w:tcPr>
            <w:tcW w:type="dxa" w:w="1417"/>
          </w:tcPr>
          <w:p>
            <w:r/>
            <w:r>
              <w:rPr>
                <w:sz w:val="20"/>
              </w:rPr>
              <w:t>10 min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20"/>
              </w:rPr>
              <w:t>6</w:t>
            </w:r>
          </w:p>
        </w:tc>
        <w:tc>
          <w:tcPr>
            <w:tcW w:type="dxa" w:w="5386"/>
          </w:tcPr>
          <w:p>
            <w:r/>
            <w:r>
              <w:rPr>
                <w:sz w:val="20"/>
              </w:rPr>
              <w:t>Recap, action items and next steps</w:t>
            </w:r>
          </w:p>
        </w:tc>
        <w:tc>
          <w:tcPr>
            <w:tcW w:type="dxa" w:w="1984"/>
          </w:tcPr>
          <w:p>
            <w:r/>
            <w:r>
              <w:rPr>
                <w:sz w:val="20"/>
              </w:rPr>
              <w:t>[Name]</w:t>
            </w:r>
          </w:p>
        </w:tc>
        <w:tc>
          <w:tcPr>
            <w:tcW w:type="dxa" w:w="1417"/>
          </w:tcPr>
          <w:p>
            <w:r/>
            <w:r>
              <w:rPr>
                <w:sz w:val="20"/>
              </w:rPr>
              <w:t>5 min</w:t>
            </w:r>
          </w:p>
        </w:tc>
      </w:tr>
    </w:tbl>
    <w:p>
      <w:pPr>
        <w:spacing w:after="80"/>
      </w:pPr>
    </w:p>
    <w:p>
      <w:pPr>
        <w:spacing w:after="120"/>
      </w:pPr>
      <w:r>
        <w:rPr>
          <w:b/>
          <w:i w:val="0"/>
          <w:color w:val="1F3864"/>
          <w:sz w:val="26"/>
        </w:rPr>
        <w:t>Attendees</w:t>
      </w:r>
    </w:p>
    <w:p>
      <w:pPr>
        <w:spacing w:after="120"/>
      </w:pPr>
      <w:r>
        <w:rPr>
          <w:b w:val="0"/>
          <w:i w:val="0"/>
        </w:rPr>
        <w:t>[Name], [Name], [Name], [Name]</w:t>
      </w:r>
    </w:p>
    <w:p>
      <w:pPr>
        <w:spacing w:after="120"/>
      </w:pPr>
      <w:r>
        <w:rPr>
          <w:b/>
          <w:i w:val="0"/>
          <w:color w:val="1F3864"/>
          <w:sz w:val="26"/>
        </w:rPr>
        <w:t>Pre-reading / Materials</w:t>
      </w:r>
    </w:p>
    <w:p>
      <w:pPr>
        <w:spacing w:after="120"/>
      </w:pPr>
      <w:r>
        <w:rPr>
          <w:b w:val="0"/>
          <w:i w:val="0"/>
        </w:rPr>
        <w:t>• [Document or link]</w:t>
        <w:br/>
        <w:t>• [Document or link]</w:t>
      </w:r>
    </w:p>
    <w:p>
      <w:pPr>
        <w:spacing w:after="120"/>
      </w:pPr>
      <w:r>
        <w:rPr>
          <w:b/>
          <w:i w:val="0"/>
          <w:color w:val="1F3864"/>
          <w:sz w:val="26"/>
        </w:rPr>
        <w:t>Next Meeting</w:t>
      </w:r>
    </w:p>
    <w:p>
      <w:pPr>
        <w:spacing w:after="120"/>
      </w:pPr>
      <w:r>
        <w:rPr>
          <w:b w:val="0"/>
          <w:i w:val="0"/>
        </w:rPr>
        <w:t>[Date, time and location]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