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Georgia" w:hAnsi="Georgia"/>
          <w:b/>
          <w:i w:val="0"/>
          <w:color w:val="000000"/>
          <w:sz w:val="28"/>
        </w:rPr>
        <w:t>[ORGANIZATION NAME]</w:t>
      </w:r>
    </w:p>
    <w:p>
      <w:pPr>
        <w:spacing w:after="0"/>
        <w:jc w:val="center"/>
      </w:pPr>
      <w:r>
        <w:rPr>
          <w:rFonts w:ascii="Georgia" w:hAnsi="Georgia"/>
          <w:b/>
          <w:i w:val="0"/>
          <w:color w:val="7B1F1F"/>
          <w:sz w:val="36"/>
        </w:rPr>
        <w:t>Board of Directors Meeting</w:t>
      </w:r>
    </w:p>
    <w:p>
      <w:pPr>
        <w:spacing w:after="280"/>
        <w:jc w:val="center"/>
      </w:pPr>
      <w:r>
        <w:rPr>
          <w:b w:val="0"/>
          <w:i w:val="0"/>
          <w:color w:val="404040"/>
          <w:sz w:val="22"/>
        </w:rPr>
        <w:t>[Date] · [Time] · [Location]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5953"/>
            <w:shd w:val="clear" w:color="auto" w:fill="7B1F1F"/>
          </w:tcPr>
          <w:p>
            <w:r/>
            <w:r>
              <w:rPr>
                <w:b/>
                <w:color w:val="FFFFFF"/>
                <w:sz w:val="21"/>
              </w:rPr>
              <w:t>Item</w:t>
            </w:r>
          </w:p>
        </w:tc>
        <w:tc>
          <w:tcPr>
            <w:tcW w:type="dxa" w:w="2268"/>
            <w:shd w:val="clear" w:color="auto" w:fill="7B1F1F"/>
          </w:tcPr>
          <w:p>
            <w:r/>
            <w:r>
              <w:rPr>
                <w:b/>
                <w:color w:val="FFFFFF"/>
                <w:sz w:val="21"/>
              </w:rPr>
              <w:t>Presenter</w:t>
            </w:r>
          </w:p>
        </w:tc>
        <w:tc>
          <w:tcPr>
            <w:tcW w:type="dxa" w:w="1247"/>
            <w:shd w:val="clear" w:color="auto" w:fill="7B1F1F"/>
          </w:tcPr>
          <w:p>
            <w:r/>
            <w:r>
              <w:rPr>
                <w:b/>
                <w:color w:val="FFFFFF"/>
                <w:sz w:val="21"/>
              </w:rPr>
              <w:t>Time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21"/>
              </w:rPr>
              <w:t>1. Call to Order</w:t>
            </w:r>
          </w:p>
        </w:tc>
        <w:tc>
          <w:tcPr>
            <w:tcW w:type="dxa" w:w="2268"/>
          </w:tcPr>
          <w:p>
            <w:r/>
            <w:r>
              <w:rPr>
                <w:sz w:val="21"/>
              </w:rPr>
              <w:t>Chair</w:t>
            </w:r>
          </w:p>
        </w:tc>
        <w:tc>
          <w:tcPr>
            <w:tcW w:type="dxa" w:w="1247"/>
          </w:tcPr>
          <w:p>
            <w:r/>
            <w:r>
              <w:rPr>
                <w:sz w:val="21"/>
              </w:rPr>
              <w:t>[00:00]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21"/>
              </w:rPr>
              <w:t>2. Roll Call and Confirmation of Quorum</w:t>
            </w:r>
          </w:p>
        </w:tc>
        <w:tc>
          <w:tcPr>
            <w:tcW w:type="dxa" w:w="2268"/>
          </w:tcPr>
          <w:p>
            <w:r/>
            <w:r>
              <w:rPr>
                <w:sz w:val="21"/>
              </w:rPr>
              <w:t>Secretary</w:t>
            </w:r>
          </w:p>
        </w:tc>
        <w:tc>
          <w:tcPr>
            <w:tcW w:type="dxa" w:w="1247"/>
          </w:tcPr>
          <w:p>
            <w:r/>
            <w:r>
              <w:rPr>
                <w:sz w:val="21"/>
              </w:rPr>
              <w:t>[00:05]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21"/>
              </w:rPr>
              <w:t>3. Approval of the Agenda</w:t>
            </w:r>
          </w:p>
        </w:tc>
        <w:tc>
          <w:tcPr>
            <w:tcW w:type="dxa" w:w="2268"/>
          </w:tcPr>
          <w:p>
            <w:r/>
            <w:r>
              <w:rPr>
                <w:sz w:val="21"/>
              </w:rPr>
              <w:t>Chair</w:t>
            </w:r>
          </w:p>
        </w:tc>
        <w:tc>
          <w:tcPr>
            <w:tcW w:type="dxa" w:w="1247"/>
          </w:tcPr>
          <w:p>
            <w:r/>
            <w:r>
              <w:rPr>
                <w:sz w:val="21"/>
              </w:rPr>
              <w:t>[00:10]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21"/>
              </w:rPr>
              <w:t>4. Approval of Minutes from [Previous Meeting Date]</w:t>
            </w:r>
          </w:p>
        </w:tc>
        <w:tc>
          <w:tcPr>
            <w:tcW w:type="dxa" w:w="2268"/>
          </w:tcPr>
          <w:p>
            <w:r/>
            <w:r>
              <w:rPr>
                <w:sz w:val="21"/>
              </w:rPr>
              <w:t>Secretary</w:t>
            </w:r>
          </w:p>
        </w:tc>
        <w:tc>
          <w:tcPr>
            <w:tcW w:type="dxa" w:w="1247"/>
          </w:tcPr>
          <w:p>
            <w:r/>
            <w:r>
              <w:rPr>
                <w:sz w:val="21"/>
              </w:rPr>
              <w:t>[00:12]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21"/>
              </w:rPr>
              <w:t>5. Treasurer's Report</w:t>
            </w:r>
          </w:p>
        </w:tc>
        <w:tc>
          <w:tcPr>
            <w:tcW w:type="dxa" w:w="2268"/>
          </w:tcPr>
          <w:p>
            <w:r/>
            <w:r>
              <w:rPr>
                <w:sz w:val="21"/>
              </w:rPr>
              <w:t>Treasurer</w:t>
            </w:r>
          </w:p>
        </w:tc>
        <w:tc>
          <w:tcPr>
            <w:tcW w:type="dxa" w:w="1247"/>
          </w:tcPr>
          <w:p>
            <w:r/>
            <w:r>
              <w:rPr>
                <w:sz w:val="21"/>
              </w:rPr>
              <w:t>[00:15]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21"/>
              </w:rPr>
              <w:t>6. Executive Director's Report</w:t>
            </w:r>
          </w:p>
        </w:tc>
        <w:tc>
          <w:tcPr>
            <w:tcW w:type="dxa" w:w="2268"/>
          </w:tcPr>
          <w:p>
            <w:r/>
            <w:r>
              <w:rPr>
                <w:sz w:val="21"/>
              </w:rPr>
              <w:t>Executive Director</w:t>
            </w:r>
          </w:p>
        </w:tc>
        <w:tc>
          <w:tcPr>
            <w:tcW w:type="dxa" w:w="1247"/>
          </w:tcPr>
          <w:p>
            <w:r/>
            <w:r>
              <w:rPr>
                <w:sz w:val="21"/>
              </w:rPr>
              <w:t>[00:30]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21"/>
              </w:rPr>
              <w:t>7. Committee Reports</w:t>
              <w:br/>
              <w:t xml:space="preserve">   a. Finance Committee</w:t>
              <w:br/>
              <w:t xml:space="preserve">   b. Governance Committee</w:t>
              <w:br/>
              <w:t xml:space="preserve">   c. [Committee]</w:t>
            </w:r>
          </w:p>
        </w:tc>
        <w:tc>
          <w:tcPr>
            <w:tcW w:type="dxa" w:w="2268"/>
          </w:tcPr>
          <w:p>
            <w:r/>
            <w:r>
              <w:rPr>
                <w:sz w:val="21"/>
              </w:rPr>
              <w:t>Committee Chairs</w:t>
            </w:r>
          </w:p>
        </w:tc>
        <w:tc>
          <w:tcPr>
            <w:tcW w:type="dxa" w:w="1247"/>
          </w:tcPr>
          <w:p>
            <w:r/>
            <w:r>
              <w:rPr>
                <w:sz w:val="21"/>
              </w:rPr>
              <w:t>[00:45]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21"/>
              </w:rPr>
              <w:t>8. Old Business</w:t>
              <w:br/>
              <w:t xml:space="preserve">   a. [Item]</w:t>
            </w:r>
          </w:p>
        </w:tc>
        <w:tc>
          <w:tcPr>
            <w:tcW w:type="dxa" w:w="2268"/>
          </w:tcPr>
          <w:p>
            <w:r/>
            <w:r>
              <w:rPr>
                <w:sz w:val="21"/>
              </w:rPr>
              <w:t>Chair</w:t>
            </w:r>
          </w:p>
        </w:tc>
        <w:tc>
          <w:tcPr>
            <w:tcW w:type="dxa" w:w="1247"/>
          </w:tcPr>
          <w:p>
            <w:r/>
            <w:r>
              <w:rPr>
                <w:sz w:val="21"/>
              </w:rPr>
              <w:t>[01:05]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21"/>
              </w:rPr>
              <w:t>9. New Business</w:t>
              <w:br/>
              <w:t xml:space="preserve">   a. [Item requiring a vote]</w:t>
              <w:br/>
              <w:t xml:space="preserve">   b. [Item]</w:t>
            </w:r>
          </w:p>
        </w:tc>
        <w:tc>
          <w:tcPr>
            <w:tcW w:type="dxa" w:w="2268"/>
          </w:tcPr>
          <w:p>
            <w:r/>
            <w:r>
              <w:rPr>
                <w:sz w:val="21"/>
              </w:rPr>
              <w:t>Chair</w:t>
            </w:r>
          </w:p>
        </w:tc>
        <w:tc>
          <w:tcPr>
            <w:tcW w:type="dxa" w:w="1247"/>
          </w:tcPr>
          <w:p>
            <w:r/>
            <w:r>
              <w:rPr>
                <w:sz w:val="21"/>
              </w:rPr>
              <w:t>[01:20]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21"/>
              </w:rPr>
              <w:t>10. Announcements</w:t>
            </w:r>
          </w:p>
        </w:tc>
        <w:tc>
          <w:tcPr>
            <w:tcW w:type="dxa" w:w="2268"/>
          </w:tcPr>
          <w:p>
            <w:r/>
            <w:r>
              <w:rPr>
                <w:sz w:val="21"/>
              </w:rPr>
              <w:t>All</w:t>
            </w:r>
          </w:p>
        </w:tc>
        <w:tc>
          <w:tcPr>
            <w:tcW w:type="dxa" w:w="1247"/>
          </w:tcPr>
          <w:p>
            <w:r/>
            <w:r>
              <w:rPr>
                <w:sz w:val="21"/>
              </w:rPr>
              <w:t>[01:40]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21"/>
              </w:rPr>
              <w:t>11. Executive Session (if needed)</w:t>
            </w:r>
          </w:p>
        </w:tc>
        <w:tc>
          <w:tcPr>
            <w:tcW w:type="dxa" w:w="2268"/>
          </w:tcPr>
          <w:p>
            <w:r/>
            <w:r>
              <w:rPr>
                <w:sz w:val="21"/>
              </w:rPr>
              <w:t>Board</w:t>
            </w:r>
          </w:p>
        </w:tc>
        <w:tc>
          <w:tcPr>
            <w:tcW w:type="dxa" w:w="1247"/>
          </w:tcPr>
          <w:p>
            <w:r/>
            <w:r>
              <w:rPr>
                <w:sz w:val="21"/>
              </w:rPr>
              <w:t>[01:45]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21"/>
              </w:rPr>
              <w:t>12. Adjournment</w:t>
            </w:r>
          </w:p>
        </w:tc>
        <w:tc>
          <w:tcPr>
            <w:tcW w:type="dxa" w:w="2268"/>
          </w:tcPr>
          <w:p>
            <w:r/>
            <w:r>
              <w:rPr>
                <w:sz w:val="21"/>
              </w:rPr>
              <w:t>Chair</w:t>
            </w:r>
          </w:p>
        </w:tc>
        <w:tc>
          <w:tcPr>
            <w:tcW w:type="dxa" w:w="1247"/>
          </w:tcPr>
          <w:p>
            <w:r/>
            <w:r>
              <w:rPr>
                <w:sz w:val="21"/>
              </w:rPr>
              <w:t>[02:00]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/>
          <w:color w:val="404040"/>
          <w:sz w:val="20"/>
        </w:rPr>
        <w:t>Attachments: [Minutes], [Financial statements], [Committee reports]</w:t>
      </w:r>
    </w:p>
    <w:p>
      <w:pPr>
        <w:spacing w:after="120"/>
      </w:pPr>
      <w:r>
        <w:rPr>
          <w:b w:val="0"/>
          <w:i w:val="0"/>
          <w:sz w:val="20"/>
        </w:rPr>
        <w:t>Prepared by: ______________________   Date: ____________</w:t>
      </w:r>
    </w:p>
    <w:sectPr w:rsidR="00FC693F" w:rsidRPr="0006063C" w:rsidSect="00034616">
      <w:pgSz w:w="12240" w:h="15840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