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4A148C"/>
          <w:sz w:val="40"/>
        </w:rPr>
        <w:t>One-on-One Meeting Agenda</w:t>
      </w:r>
    </w:p>
    <w:p>
      <w:pPr>
        <w:spacing w:after="240"/>
      </w:pPr>
      <w:r>
        <w:rPr>
          <w:b w:val="0"/>
          <w:i w:val="0"/>
          <w:color w:val="404040"/>
          <w:sz w:val="21"/>
        </w:rPr>
        <w:t>Manager: [Name]     Team member: [Name]     Date: [Date]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DE7F6"/>
          </w:tcPr>
          <w:p>
            <w:r/>
            <w:r>
              <w:rPr>
                <w:b/>
                <w:color w:val="4A148C"/>
                <w:sz w:val="24"/>
              </w:rPr>
              <w:t>How are things going?</w:t>
            </w:r>
          </w:p>
          <w:p>
            <w:r>
              <w:rPr>
                <w:sz w:val="21"/>
              </w:rPr>
              <w:t>What went well since we last met?</w:t>
            </w:r>
          </w:p>
          <w:p>
            <w:r>
              <w:t>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DE7F6"/>
          </w:tcPr>
          <w:p>
            <w:r/>
            <w:r>
              <w:rPr>
                <w:b/>
                <w:color w:val="4A148C"/>
                <w:sz w:val="24"/>
              </w:rPr>
              <w:t>Priorities and Progress</w:t>
            </w:r>
          </w:p>
          <w:p>
            <w:r>
              <w:rPr>
                <w:sz w:val="21"/>
              </w:rPr>
              <w:t>Top 3 priorities right now:</w:t>
            </w:r>
          </w:p>
          <w:p>
            <w:r>
              <w:t>______________________________________________________________</w:t>
            </w:r>
          </w:p>
          <w:p>
            <w:r>
              <w:rPr>
                <w:sz w:val="21"/>
              </w:rPr>
              <w:t>Where are you stuck or need support?</w:t>
            </w:r>
          </w:p>
          <w:p>
            <w:r>
              <w:t>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DE7F6"/>
          </w:tcPr>
          <w:p>
            <w:r/>
            <w:r>
              <w:rPr>
                <w:b/>
                <w:color w:val="4A148C"/>
                <w:sz w:val="24"/>
              </w:rPr>
              <w:t>Feedback</w:t>
            </w:r>
          </w:p>
          <w:p>
            <w:r>
              <w:rPr>
                <w:sz w:val="21"/>
              </w:rPr>
              <w:t>Feedback both ways:</w:t>
            </w:r>
          </w:p>
          <w:p>
            <w:r>
              <w:t>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DE7F6"/>
          </w:tcPr>
          <w:p>
            <w:r/>
            <w:r>
              <w:rPr>
                <w:b/>
                <w:color w:val="4A148C"/>
                <w:sz w:val="24"/>
              </w:rPr>
              <w:t>Growth and Development</w:t>
            </w:r>
          </w:p>
          <w:p>
            <w:r>
              <w:rPr>
                <w:sz w:val="21"/>
              </w:rPr>
              <w:t>Skills you want to build this quarter:</w:t>
            </w:r>
          </w:p>
          <w:p>
            <w:r>
              <w:t>______________________________________________________________</w:t>
            </w:r>
          </w:p>
          <w:p>
            <w:r>
              <w:rPr>
                <w:sz w:val="21"/>
              </w:rPr>
              <w:t>Projects or training of interest:</w:t>
            </w:r>
          </w:p>
          <w:p>
            <w:r>
              <w:t>______________________________________________________________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color="auto" w:fill="EDE7F6"/>
          </w:tcPr>
          <w:p>
            <w:r/>
            <w:r>
              <w:rPr>
                <w:b/>
                <w:color w:val="4A148C"/>
                <w:sz w:val="24"/>
              </w:rPr>
              <w:t>Action Items</w:t>
            </w:r>
          </w:p>
          <w:p>
            <w:r>
              <w:rPr>
                <w:sz w:val="21"/>
              </w:rPr>
              <w:t>Team member will:</w:t>
            </w:r>
          </w:p>
          <w:p>
            <w:r>
              <w:t>______________________________________________________________</w:t>
            </w:r>
          </w:p>
          <w:p>
            <w:r>
              <w:rPr>
                <w:sz w:val="21"/>
              </w:rPr>
              <w:t>Manager will:</w:t>
            </w:r>
          </w:p>
          <w:p>
            <w:r>
              <w:t>______________________________________________________________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/>
          <w:i w:val="0"/>
          <w:sz w:val="21"/>
        </w:rPr>
        <w:t>Next 1:1: [Date]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