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color w:val="0D47A1"/>
                <w:sz w:val="32"/>
              </w:rPr>
              <w:t>[YOUR COMPANY]</w:t>
            </w:r>
          </w:p>
          <w:p>
            <w:r>
              <w:t>[Address] · [Phone] · [Email]</w:t>
            </w:r>
          </w:p>
        </w:tc>
        <w:tc>
          <w:tcPr>
            <w:tcW w:type="dxa" w:w="4986"/>
          </w:tcPr>
          <w:p>
            <w:pPr>
              <w:jc w:val="right"/>
            </w:pPr>
            <w:r/>
            <w:r>
              <w:rPr>
                <w:b/>
                <w:sz w:val="32"/>
              </w:rPr>
              <w:t>Client Meeting Agenda</w:t>
            </w:r>
          </w:p>
          <w:p>
            <w:pPr>
              <w:jc w:val="right"/>
            </w:pPr>
            <w:r>
              <w:t>[Date] | [Time]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BBDEFB"/>
          </w:tcPr>
          <w:p>
            <w:r/>
            <w:r>
              <w:rPr>
                <w:b/>
                <w:sz w:val="20"/>
              </w:rPr>
              <w:t>Client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[Client Company]</w:t>
            </w:r>
          </w:p>
        </w:tc>
        <w:tc>
          <w:tcPr>
            <w:tcW w:type="dxa" w:w="2493"/>
            <w:shd w:val="clear" w:color="auto" w:fill="BBDEFB"/>
          </w:tcPr>
          <w:p>
            <w:r/>
            <w:r>
              <w:rPr>
                <w:b/>
                <w:sz w:val="20"/>
              </w:rPr>
              <w:t>Client attendees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[Names, titles]</w:t>
            </w:r>
          </w:p>
        </w:tc>
      </w:tr>
      <w:tr>
        <w:tc>
          <w:tcPr>
            <w:tcW w:type="dxa" w:w="2493"/>
            <w:shd w:val="clear" w:color="auto" w:fill="BBDEFB"/>
          </w:tcPr>
          <w:p>
            <w:r/>
            <w:r>
              <w:rPr>
                <w:b/>
                <w:sz w:val="20"/>
              </w:rPr>
              <w:t>Our attendees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[Names, titles]</w:t>
            </w:r>
          </w:p>
        </w:tc>
        <w:tc>
          <w:tcPr>
            <w:tcW w:type="dxa" w:w="2493"/>
            <w:shd w:val="clear" w:color="auto" w:fill="BBDEFB"/>
          </w:tcPr>
          <w:p>
            <w:r/>
            <w:r>
              <w:rPr>
                <w:b/>
                <w:sz w:val="20"/>
              </w:rPr>
              <w:t>Meeting type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[Discovery / Review / Proposal]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/>
          <w:i w:val="0"/>
          <w:color w:val="0D47A1"/>
          <w:sz w:val="26"/>
        </w:rPr>
        <w:t>Objectives</w:t>
      </w:r>
    </w:p>
    <w:p>
      <w:pPr>
        <w:spacing w:after="120"/>
      </w:pPr>
      <w:r>
        <w:rPr>
          <w:b w:val="0"/>
          <w:i w:val="0"/>
        </w:rPr>
        <w:t>• [Understand the client’s goals for …]</w:t>
        <w:br/>
        <w:t>• [Agree on next steps for …]</w:t>
      </w:r>
    </w:p>
    <w:p>
      <w:pPr>
        <w:spacing w:after="120"/>
      </w:pPr>
      <w:r>
        <w:rPr>
          <w:b/>
          <w:i w:val="0"/>
          <w:color w:val="0D47A1"/>
          <w:sz w:val="26"/>
        </w:rPr>
        <w:t>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417"/>
            <w:shd w:val="clear" w:color="auto" w:fill="0D47A1"/>
          </w:tcPr>
          <w:p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5953"/>
            <w:shd w:val="clear" w:color="auto" w:fill="0D47A1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1984"/>
            <w:shd w:val="clear" w:color="auto" w:fill="0D47A1"/>
          </w:tcPr>
          <w:p>
            <w:r/>
            <w:r>
              <w:rPr>
                <w:b/>
                <w:color w:val="FFFFFF"/>
                <w:sz w:val="20"/>
              </w:rPr>
              <w:t>Who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[00:00]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>Welcome and introductions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[Name]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[00:05]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>Client update: priorities and challenges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[Client]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[00:20]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>Our recommendations / progress report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[Name]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[00:40]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>Budget, timeline and open questions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All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[00:50]</w:t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>Agreed next steps</w:t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  <w:t>[Name]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/>
          <w:i w:val="0"/>
          <w:color w:val="0D47A1"/>
          <w:sz w:val="26"/>
        </w:rPr>
        <w:t>Follow-up</w:t>
      </w:r>
    </w:p>
    <w:p>
      <w:pPr>
        <w:spacing w:after="120"/>
      </w:pPr>
      <w:r>
        <w:rPr>
          <w:b w:val="0"/>
          <w:i w:val="0"/>
        </w:rPr>
        <w:t>Summary email by: [Date]     Next meeting: [Date]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