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color w:val="00695C"/>
          <w:sz w:val="36"/>
        </w:rPr>
        <w:t>[Committee Name] Committee Meeting</w:t>
      </w:r>
    </w:p>
    <w:p>
      <w:pPr>
        <w:spacing w:after="80"/>
        <w:jc w:val="center"/>
      </w:pPr>
      <w:r>
        <w:rPr>
          <w:b/>
          <w:i w:val="0"/>
          <w:color w:val="00695C"/>
          <w:sz w:val="24"/>
        </w:rPr>
        <w:t>AGENDA</w:t>
      </w:r>
    </w:p>
    <w:p>
      <w:pPr>
        <w:spacing w:after="240"/>
        <w:jc w:val="center"/>
      </w:pPr>
      <w:r>
        <w:rPr>
          <w:b w:val="0"/>
          <w:i w:val="0"/>
          <w:color w:val="404040"/>
          <w:sz w:val="21"/>
        </w:rPr>
        <w:t>[Date] · [Time] · [Location or video link]</w:t>
      </w:r>
    </w:p>
    <w:p>
      <w:pPr>
        <w:spacing w:after="120"/>
      </w:pPr>
      <w:r>
        <w:rPr>
          <w:b w:val="0"/>
          <w:i w:val="0"/>
          <w:sz w:val="21"/>
        </w:rPr>
        <w:t>Members: [Name], [Name], [Name], [Name]          Guests: [Name]</w:t>
      </w:r>
    </w:p>
    <w:p>
      <w:pPr>
        <w:spacing w:after="20"/>
      </w:pPr>
      <w:r>
        <w:rPr>
          <w:b/>
          <w:i w:val="0"/>
          <w:color w:val="00695C"/>
          <w:sz w:val="23"/>
        </w:rPr>
        <w:t>1.  Welcome and check-in</w:t>
      </w:r>
    </w:p>
    <w:p>
      <w:pPr>
        <w:spacing w:after="20"/>
      </w:pPr>
      <w:r>
        <w:rPr>
          <w:b/>
          <w:i w:val="0"/>
          <w:color w:val="00695C"/>
          <w:sz w:val="23"/>
        </w:rPr>
        <w:t>2.  Approve notes from last meeting</w:t>
      </w:r>
    </w:p>
    <w:p>
      <w:pPr>
        <w:spacing w:after="20"/>
      </w:pPr>
      <w:r>
        <w:rPr>
          <w:b/>
          <w:i w:val="0"/>
          <w:color w:val="00695C"/>
          <w:sz w:val="23"/>
        </w:rPr>
        <w:t>3.  Updates</w:t>
      </w:r>
    </w:p>
    <w:p>
      <w:pPr>
        <w:spacing w:after="80"/>
      </w:pPr>
      <w:r>
        <w:rPr>
          <w:b w:val="0"/>
          <w:i w:val="0"/>
          <w:color w:val="404040"/>
          <w:sz w:val="21"/>
        </w:rPr>
        <w:t xml:space="preserve">   – Chair update</w:t>
        <w:br/>
        <w:t xml:space="preserve">   – Volunteer / event update</w:t>
        <w:br/>
        <w:t xml:space="preserve">   – Budget update</w:t>
      </w:r>
    </w:p>
    <w:p>
      <w:pPr>
        <w:spacing w:after="20"/>
      </w:pPr>
      <w:r>
        <w:rPr>
          <w:b/>
          <w:i w:val="0"/>
          <w:color w:val="00695C"/>
          <w:sz w:val="23"/>
        </w:rPr>
        <w:t>4.  Discussion</w:t>
      </w:r>
    </w:p>
    <w:p>
      <w:pPr>
        <w:spacing w:after="80"/>
      </w:pPr>
      <w:r>
        <w:rPr>
          <w:b w:val="0"/>
          <w:i w:val="0"/>
          <w:color w:val="404040"/>
          <w:sz w:val="21"/>
        </w:rPr>
        <w:t xml:space="preserve">   – [Topic one]</w:t>
        <w:br/>
        <w:t xml:space="preserve">   – [Topic two]</w:t>
      </w:r>
    </w:p>
    <w:p>
      <w:pPr>
        <w:spacing w:after="20"/>
      </w:pPr>
      <w:r>
        <w:rPr>
          <w:b/>
          <w:i w:val="0"/>
          <w:color w:val="00695C"/>
          <w:sz w:val="23"/>
        </w:rPr>
        <w:t>5.  Decisions and votes</w:t>
      </w:r>
    </w:p>
    <w:p>
      <w:pPr>
        <w:spacing w:after="80"/>
      </w:pPr>
      <w:r>
        <w:rPr>
          <w:b w:val="0"/>
          <w:i w:val="0"/>
          <w:color w:val="404040"/>
          <w:sz w:val="21"/>
        </w:rPr>
        <w:t xml:space="preserve">   – [Motion]</w:t>
      </w:r>
    </w:p>
    <w:p>
      <w:pPr>
        <w:spacing w:after="20"/>
      </w:pPr>
      <w:r>
        <w:rPr>
          <w:b/>
          <w:i w:val="0"/>
          <w:color w:val="00695C"/>
          <w:sz w:val="23"/>
        </w:rPr>
        <w:t>6.  Upcoming dates</w:t>
      </w:r>
    </w:p>
    <w:p>
      <w:pPr>
        <w:spacing w:after="80"/>
      </w:pPr>
      <w:r>
        <w:rPr>
          <w:b w:val="0"/>
          <w:i w:val="0"/>
          <w:color w:val="404040"/>
          <w:sz w:val="21"/>
        </w:rPr>
        <w:t xml:space="preserve">   – [Event / deadline]</w:t>
      </w:r>
    </w:p>
    <w:p>
      <w:pPr>
        <w:spacing w:after="20"/>
      </w:pPr>
      <w:r>
        <w:rPr>
          <w:b/>
          <w:i w:val="0"/>
          <w:color w:val="00695C"/>
          <w:sz w:val="23"/>
        </w:rPr>
        <w:t>7.  Close</w:t>
      </w:r>
    </w:p>
    <w:p>
      <w:pPr>
        <w:spacing w:after="120"/>
      </w:pPr>
      <w:r>
        <w:rPr>
          <w:b/>
          <w:i w:val="0"/>
          <w:color w:val="00695C"/>
          <w:sz w:val="26"/>
        </w:rPr>
        <w:t>Action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00695C"/>
          </w:tcPr>
          <w:p>
            <w:r/>
            <w:r>
              <w:rPr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2493"/>
            <w:shd w:val="clear" w:color="auto" w:fill="00695C"/>
          </w:tcPr>
          <w:p>
            <w:r/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2493"/>
            <w:shd w:val="clear" w:color="auto" w:fill="00695C"/>
          </w:tcPr>
          <w:p>
            <w:r/>
            <w:r>
              <w:rPr>
                <w:b/>
                <w:color w:val="FFFFFF"/>
                <w:sz w:val="20"/>
              </w:rPr>
              <w:t>Due</w:t>
            </w:r>
          </w:p>
        </w:tc>
        <w:tc>
          <w:tcPr>
            <w:tcW w:type="dxa" w:w="2493"/>
            <w:shd w:val="clear" w:color="auto" w:fill="00695C"/>
          </w:tcPr>
          <w:p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 w:eastAsia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