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left"/>
      </w:pPr>
      <w:r>
        <w:rPr>
          <w:b/>
          <w:sz w:val="58"/>
        </w:rPr>
        <w:t>Lost Pet Contact Notice</w:t>
      </w:r>
    </w:p>
    <w:p>
      <w:pPr>
        <w:spacing w:after="100"/>
        <w:jc w:val="left"/>
      </w:pPr>
      <w:r>
        <w:rPr>
          <w:b/>
          <w:color w:val="254C60"/>
          <w:sz w:val="48"/>
        </w:rPr>
        <w:t>[Pet name and species]</w:t>
      </w:r>
    </w:p>
    <w:p>
      <w:pPr>
        <w:spacing w:after="100"/>
        <w:jc w:val="left"/>
      </w:pPr>
      <w:r>
        <w:rPr>
          <w:b w:val="0"/>
          <w:sz w:val="26"/>
        </w:rPr>
        <w:t>[Breed colour size and recognisable features]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944"/>
        </w:trPr>
        <w:tc>
          <w:tcPr>
            <w:tcW w:type="dxa" w:w="10512"/>
            <w:shd w:fill="EEF2F4"/>
          </w:tcPr>
          <w:p>
            <w:pPr>
              <w:spacing w:after="100"/>
              <w:jc w:val="center"/>
            </w:pPr>
            <w:r>
              <w:rPr>
                <w:b w:val="0"/>
                <w:sz w:val="22"/>
              </w:rPr>
              <w:t>[Add your authorised photograph or artwork here]</w:t>
            </w:r>
          </w:p>
        </w:tc>
      </w:tr>
    </w:tbl>
    <w:p>
      <w:pPr>
        <w:spacing w:after="100"/>
        <w:jc w:val="left"/>
      </w:pPr>
      <w:r>
        <w:rPr>
          <w:b/>
          <w:color w:val="254C60"/>
          <w:sz w:val="22"/>
        </w:rPr>
        <w:t>LAST SEEN</w:t>
      </w:r>
    </w:p>
    <w:p>
      <w:pPr>
        <w:spacing w:after="100"/>
        <w:jc w:val="left"/>
      </w:pPr>
      <w:r>
        <w:rPr>
          <w:b w:val="0"/>
          <w:sz w:val="24"/>
        </w:rPr>
        <w:t>[Date time and location]</w:t>
      </w:r>
    </w:p>
    <w:p>
      <w:pPr>
        <w:spacing w:after="100"/>
        <w:jc w:val="left"/>
      </w:pPr>
      <w:r>
        <w:rPr>
          <w:b w:val="0"/>
          <w:sz w:val="24"/>
        </w:rPr>
        <w:t>[Collar tag and identifying details]</w:t>
      </w:r>
    </w:p>
    <w:p>
      <w:pPr>
        <w:spacing w:after="100"/>
      </w:pPr>
      <w:r>
        <w:rPr>
          <w:b w:val="0"/>
          <w:sz w:val="21"/>
        </w:rPr>
      </w:r>
    </w:p>
    <w:p>
      <w:pPr>
        <w:spacing w:after="100"/>
        <w:jc w:val="left"/>
      </w:pPr>
      <w:r>
        <w:rPr>
          <w:b/>
          <w:color w:val="254C60"/>
          <w:sz w:val="22"/>
        </w:rPr>
        <w:t>CONTACT</w:t>
      </w:r>
    </w:p>
    <w:p>
      <w:pPr>
        <w:spacing w:after="100"/>
        <w:jc w:val="left"/>
      </w:pPr>
      <w:r>
        <w:rPr>
          <w:b w:val="0"/>
          <w:sz w:val="24"/>
        </w:rPr>
        <w:t>[Owner or rescue contact number]</w:t>
      </w:r>
    </w:p>
    <w:p>
      <w:pPr>
        <w:spacing w:after="100"/>
        <w:jc w:val="left"/>
      </w:pPr>
      <w:r>
        <w:rPr>
          <w:b w:val="0"/>
          <w:sz w:val="24"/>
        </w:rPr>
        <w:t>[Preferred contact method]</w:t>
      </w:r>
    </w:p>
    <w:p>
      <w:pPr>
        <w:spacing w:after="100"/>
      </w:pPr>
      <w:r>
        <w:rPr>
          <w:b w:val="0"/>
          <w:sz w:val="21"/>
        </w:rPr>
      </w:r>
    </w:p>
    <w:p>
      <w:pPr>
        <w:spacing w:after="100"/>
        <w:jc w:val="left"/>
      </w:pPr>
      <w:r>
        <w:rPr>
          <w:b/>
          <w:color w:val="254C60"/>
          <w:sz w:val="22"/>
        </w:rPr>
        <w:t>NOTICE DETAILS</w:t>
      </w:r>
    </w:p>
    <w:p>
      <w:pPr>
        <w:spacing w:after="100"/>
        <w:jc w:val="left"/>
      </w:pPr>
      <w:r>
        <w:rPr>
          <w:b w:val="0"/>
          <w:sz w:val="24"/>
        </w:rPr>
        <w:t>[Photo reference and display area]</w:t>
      </w:r>
    </w:p>
    <w:p>
      <w:pPr>
        <w:spacing w:after="100"/>
        <w:jc w:val="left"/>
      </w:pPr>
      <w:r>
        <w:rPr>
          <w:b w:val="0"/>
          <w:sz w:val="24"/>
        </w:rPr>
        <w:t>[Update date and person maintaining notices]</w:t>
      </w:r>
    </w:p>
    <w:p>
      <w:pPr>
        <w:spacing w:after="100"/>
      </w:pPr>
      <w:r>
        <w:rPr>
          <w:b w:val="0"/>
          <w:sz w:val="21"/>
        </w:rPr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Lost Pet Contact Notice</dc:title>
  <dc:subject>Create a clear printable notice with a photo area and contact route.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