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sz w:val="48"/>
        </w:rPr>
        <w:t>Pet Identification Tag Text Proof</w:t>
      </w:r>
    </w:p>
    <w:p>
      <w:pPr>
        <w:spacing w:after="100"/>
      </w:pPr>
      <w:r>
        <w:rPr>
          <w:b w:val="0"/>
          <w:sz w:val="20"/>
        </w:rPr>
        <w:t>Prepare the text for both sides of a pet tag and check its readability before production.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FE3"/>
          <w:left w:val="single" w:sz="4" w:color="D9DFE3"/>
          <w:bottom w:val="single" w:sz="4" w:color="D9DFE3"/>
          <w:right w:val="single" w:sz="4" w:color="D9DFE3"/>
          <w:insideH w:val="single" w:sz="4" w:color="D9DFE3"/>
          <w:insideV w:val="single" w:sz="4" w:color="D9DFE3"/>
        </w:tblBorders>
      </w:tblPr>
      <w:tblGrid>
        <w:gridCol w:w="3528"/>
        <w:gridCol w:w="3528"/>
        <w:gridCol w:w="3528"/>
        <w:gridCol w:w="3528"/>
      </w:tblGrid>
      <w:tr>
        <w:tc>
          <w:tcPr>
            <w:tcW w:type="dxa" w:w="3528"/>
            <w:shd w:fill="EDF2F5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pStyle w:val="Heading1"/>
              <w:spacing w:after="100"/>
            </w:pPr>
            <w:r>
              <w:rPr>
                <w:b/>
                <w:color w:val="5B526F"/>
                <w:sz w:val="24"/>
              </w:rPr>
              <w:t>Pet and tag</w:t>
            </w:r>
          </w:p>
          <w:p>
            <w:pPr>
              <w:spacing w:after="100"/>
            </w:pPr>
            <w:r>
              <w:rPr>
                <w:b/>
                <w:sz w:val="19"/>
              </w:rPr>
              <w:t>Pet name and tag style</w:t>
            </w:r>
          </w:p>
          <w:p>
            <w:pPr>
              <w:spacing w:after="100"/>
            </w:pPr>
            <w:r>
              <w:rPr>
                <w:b w:val="0"/>
                <w:sz w:val="18"/>
              </w:rPr>
              <w:t>______________________________</w:t>
            </w:r>
          </w:p>
          <w:p>
            <w:pPr>
              <w:spacing w:after="100"/>
            </w:pPr>
            <w:r>
              <w:rPr>
                <w:b w:val="0"/>
                <w:sz w:val="18"/>
              </w:rPr>
              <w:t>______________________________</w:t>
            </w:r>
          </w:p>
          <w:p>
            <w:pPr>
              <w:spacing w:after="100"/>
            </w:pPr>
            <w:r>
              <w:rPr>
                <w:b w:val="0"/>
                <w:sz w:val="18"/>
              </w:rPr>
              <w:t>______________________________</w:t>
            </w:r>
          </w:p>
          <w:p>
            <w:pPr>
              <w:spacing w:after="100"/>
            </w:pPr>
            <w:r>
              <w:rPr>
                <w:b/>
                <w:sz w:val="19"/>
              </w:rPr>
              <w:t>Tag dimensions and supplier reference</w:t>
            </w:r>
          </w:p>
          <w:p>
            <w:pPr>
              <w:spacing w:after="100"/>
            </w:pPr>
            <w:r>
              <w:rPr>
                <w:b w:val="0"/>
                <w:sz w:val="18"/>
              </w:rPr>
              <w:t>______________________________</w:t>
            </w:r>
          </w:p>
          <w:p>
            <w:pPr>
              <w:spacing w:after="100"/>
            </w:pPr>
            <w:r>
              <w:rPr>
                <w:b w:val="0"/>
                <w:sz w:val="18"/>
              </w:rPr>
              <w:t>______________________________</w:t>
            </w:r>
          </w:p>
          <w:p>
            <w:pPr>
              <w:spacing w:after="100"/>
            </w:pPr>
            <w:r>
              <w:rPr>
                <w:b w:val="0"/>
                <w:sz w:val="18"/>
              </w:rPr>
              <w:t>______________________________</w:t>
            </w:r>
          </w:p>
        </w:tc>
        <w:tc>
          <w:tcPr>
            <w:tcW w:type="dxa" w:w="3528"/>
            <w:shd w:fill="F6F1E8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pStyle w:val="Heading1"/>
              <w:spacing w:after="100"/>
            </w:pPr>
            <w:r>
              <w:rPr>
                <w:b/>
                <w:color w:val="5B526F"/>
                <w:sz w:val="24"/>
              </w:rPr>
              <w:t>Front wording</w:t>
            </w:r>
          </w:p>
          <w:p>
            <w:pPr>
              <w:spacing w:after="100"/>
            </w:pPr>
            <w:r>
              <w:rPr>
                <w:b/>
                <w:sz w:val="19"/>
              </w:rPr>
              <w:t>Pet name or short identifier</w:t>
            </w:r>
          </w:p>
          <w:p>
            <w:pPr>
              <w:spacing w:after="100"/>
            </w:pPr>
            <w:r>
              <w:rPr>
                <w:b w:val="0"/>
                <w:sz w:val="18"/>
              </w:rPr>
              <w:t>______________________________</w:t>
            </w:r>
          </w:p>
          <w:p>
            <w:pPr>
              <w:spacing w:after="100"/>
            </w:pPr>
            <w:r>
              <w:rPr>
                <w:b w:val="0"/>
                <w:sz w:val="18"/>
              </w:rPr>
              <w:t>______________________________</w:t>
            </w:r>
          </w:p>
          <w:p>
            <w:pPr>
              <w:spacing w:after="100"/>
            </w:pPr>
            <w:r>
              <w:rPr>
                <w:b w:val="0"/>
                <w:sz w:val="18"/>
              </w:rPr>
              <w:t>______________________________</w:t>
            </w:r>
          </w:p>
          <w:p>
            <w:pPr>
              <w:spacing w:after="100"/>
            </w:pPr>
            <w:r>
              <w:rPr>
                <w:b/>
                <w:sz w:val="19"/>
              </w:rPr>
              <w:t>Primary telephone contact</w:t>
            </w:r>
          </w:p>
          <w:p>
            <w:pPr>
              <w:spacing w:after="100"/>
            </w:pPr>
            <w:r>
              <w:rPr>
                <w:b w:val="0"/>
                <w:sz w:val="18"/>
              </w:rPr>
              <w:t>______________________________</w:t>
            </w:r>
          </w:p>
          <w:p>
            <w:pPr>
              <w:spacing w:after="100"/>
            </w:pPr>
            <w:r>
              <w:rPr>
                <w:b w:val="0"/>
                <w:sz w:val="18"/>
              </w:rPr>
              <w:t>______________________________</w:t>
            </w:r>
          </w:p>
          <w:p>
            <w:pPr>
              <w:spacing w:after="100"/>
            </w:pPr>
            <w:r>
              <w:rPr>
                <w:b w:val="0"/>
                <w:sz w:val="18"/>
              </w:rPr>
              <w:t>______________________________</w:t>
            </w:r>
          </w:p>
        </w:tc>
        <w:tc>
          <w:tcPr>
            <w:tcW w:type="dxa" w:w="3528"/>
            <w:shd w:fill="EDF3ED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pStyle w:val="Heading1"/>
              <w:spacing w:after="100"/>
            </w:pPr>
            <w:r>
              <w:rPr>
                <w:b/>
                <w:color w:val="5B526F"/>
                <w:sz w:val="24"/>
              </w:rPr>
              <w:t>Back wording</w:t>
            </w:r>
          </w:p>
          <w:p>
            <w:pPr>
              <w:spacing w:after="100"/>
            </w:pPr>
            <w:r>
              <w:rPr>
                <w:b/>
                <w:sz w:val="19"/>
              </w:rPr>
              <w:t>Backup telephone or short message</w:t>
            </w:r>
          </w:p>
          <w:p>
            <w:pPr>
              <w:spacing w:after="100"/>
            </w:pPr>
            <w:r>
              <w:rPr>
                <w:b w:val="0"/>
                <w:sz w:val="18"/>
              </w:rPr>
              <w:t>______________________________</w:t>
            </w:r>
          </w:p>
          <w:p>
            <w:pPr>
              <w:spacing w:after="100"/>
            </w:pPr>
            <w:r>
              <w:rPr>
                <w:b w:val="0"/>
                <w:sz w:val="18"/>
              </w:rPr>
              <w:t>______________________________</w:t>
            </w:r>
          </w:p>
          <w:p>
            <w:pPr>
              <w:spacing w:after="100"/>
            </w:pPr>
            <w:r>
              <w:rPr>
                <w:b w:val="0"/>
                <w:sz w:val="18"/>
              </w:rPr>
              <w:t>______________________________</w:t>
            </w:r>
          </w:p>
          <w:p>
            <w:pPr>
              <w:spacing w:after="100"/>
            </w:pPr>
            <w:r>
              <w:rPr>
                <w:b/>
                <w:sz w:val="19"/>
              </w:rPr>
              <w:t>Optional location wording chosen by owner</w:t>
            </w:r>
          </w:p>
          <w:p>
            <w:pPr>
              <w:spacing w:after="100"/>
            </w:pPr>
            <w:r>
              <w:rPr>
                <w:b w:val="0"/>
                <w:sz w:val="18"/>
              </w:rPr>
              <w:t>______________________________</w:t>
            </w:r>
          </w:p>
          <w:p>
            <w:pPr>
              <w:spacing w:after="100"/>
            </w:pPr>
            <w:r>
              <w:rPr>
                <w:b w:val="0"/>
                <w:sz w:val="18"/>
              </w:rPr>
              <w:t>______________________________</w:t>
            </w:r>
          </w:p>
          <w:p>
            <w:pPr>
              <w:spacing w:after="100"/>
            </w:pPr>
            <w:r>
              <w:rPr>
                <w:b w:val="0"/>
                <w:sz w:val="18"/>
              </w:rPr>
              <w:t>______________________________</w:t>
            </w:r>
          </w:p>
        </w:tc>
        <w:tc>
          <w:tcPr>
            <w:tcW w:type="dxa" w:w="3528"/>
            <w:shd w:fill="F3EDF4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pStyle w:val="Heading1"/>
              <w:spacing w:after="100"/>
            </w:pPr>
            <w:r>
              <w:rPr>
                <w:b/>
                <w:color w:val="5B526F"/>
                <w:sz w:val="24"/>
              </w:rPr>
              <w:t>Proof approval</w:t>
            </w:r>
          </w:p>
          <w:p>
            <w:pPr>
              <w:spacing w:after="100"/>
            </w:pPr>
            <w:r>
              <w:rPr>
                <w:b/>
                <w:sz w:val="19"/>
              </w:rPr>
              <w:t>Spellings numbers character limit and legibility</w:t>
            </w:r>
          </w:p>
          <w:p>
            <w:pPr>
              <w:spacing w:after="100"/>
            </w:pPr>
            <w:r>
              <w:rPr>
                <w:b w:val="0"/>
                <w:sz w:val="18"/>
              </w:rPr>
              <w:t>______________________________</w:t>
            </w:r>
          </w:p>
          <w:p>
            <w:pPr>
              <w:spacing w:after="100"/>
            </w:pPr>
            <w:r>
              <w:rPr>
                <w:b w:val="0"/>
                <w:sz w:val="18"/>
              </w:rPr>
              <w:t>______________________________</w:t>
            </w:r>
          </w:p>
          <w:p>
            <w:pPr>
              <w:spacing w:after="100"/>
            </w:pPr>
            <w:r>
              <w:rPr>
                <w:b w:val="0"/>
                <w:sz w:val="18"/>
              </w:rPr>
              <w:t>______________________________</w:t>
            </w:r>
          </w:p>
          <w:p>
            <w:pPr>
              <w:spacing w:after="100"/>
            </w:pPr>
            <w:r>
              <w:rPr>
                <w:b/>
                <w:sz w:val="19"/>
              </w:rPr>
              <w:t>Owner approval and production date</w:t>
            </w:r>
          </w:p>
          <w:p>
            <w:pPr>
              <w:spacing w:after="100"/>
            </w:pPr>
            <w:r>
              <w:rPr>
                <w:b w:val="0"/>
                <w:sz w:val="18"/>
              </w:rPr>
              <w:t>______________________________</w:t>
            </w:r>
          </w:p>
          <w:p>
            <w:pPr>
              <w:spacing w:after="100"/>
            </w:pPr>
            <w:r>
              <w:rPr>
                <w:b w:val="0"/>
                <w:sz w:val="18"/>
              </w:rPr>
              <w:t>______________________________</w:t>
            </w:r>
          </w:p>
          <w:p>
            <w:pPr>
              <w:spacing w:after="100"/>
            </w:pPr>
            <w:r>
              <w:rPr>
                <w:b w:val="0"/>
                <w:sz w:val="18"/>
              </w:rPr>
              <w:t>______________________________</w:t>
            </w:r>
          </w:p>
        </w:tc>
      </w:tr>
    </w:tbl>
    <w:p>
      <w:pPr>
        <w:spacing w:after="100"/>
      </w:pPr>
      <w:r>
        <w:rPr>
          <w:b w:val="0"/>
          <w:sz w:val="20"/>
        </w:rPr>
        <w:t>Prepared by ____________________     Date __________     Review / approval ____________________</w:t>
      </w:r>
    </w:p>
    <w:sectPr w:rsidR="00FC693F" w:rsidRPr="0006063C" w:rsidSect="00034616">
      <w:footerReference w:type="default" r:id="rId9"/>
      <w:pgSz w:w="15840" w:h="12240"/>
      <w:pgMar w:top="792" w:right="864" w:bottom="792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66747D"/>
        <w:sz w:val="16"/>
      </w:rPr>
      <w:t>Template Swift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before="40" w:line="252" w:lineRule="auto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0" w:after="10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40" w:after="10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240" w:lineRule="auto" w:before="40"/>
      <w:contextualSpacing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00" w:before="40"/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Pet Identification Tag Text Proof</dc:title>
  <dc:subject>Prepare the text for both sides of a pet tag and check its readability before production.</dc:subject>
  <dc:creator>Template Swift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