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6"/>
        </w:rPr>
        <w:t>Career Change Cover Letter</w:t>
      </w:r>
    </w:p>
    <w:p>
      <w:pPr>
        <w:spacing w:after="100"/>
      </w:pPr>
      <w:r>
        <w:rPr>
          <w:b w:val="0"/>
          <w:sz w:val="19"/>
        </w:rPr>
        <w:t>Explain a change of direction using transferable skills and credible recent evidence.</w:t>
      </w:r>
    </w:p>
    <w:p>
      <w:pPr>
        <w:spacing w:after="100"/>
        <w:jc w:val="right"/>
      </w:pPr>
      <w:r>
        <w:rPr>
          <w:b w:val="0"/>
          <w:sz w:val="20"/>
        </w:rPr>
        <w:t>[Applicant name and contact]</w:t>
      </w:r>
    </w:p>
    <w:p>
      <w:pPr>
        <w:spacing w:after="100"/>
        <w:jc w:val="right"/>
      </w:pPr>
      <w:r>
        <w:rPr>
          <w:b w:val="0"/>
          <w:sz w:val="20"/>
        </w:rPr>
        <w:t>[Date role and hiring contact]</w:t>
      </w:r>
    </w:p>
    <w:p>
      <w:pPr>
        <w:pStyle w:val="Heading1"/>
        <w:spacing w:after="100"/>
      </w:pPr>
      <w:r>
        <w:rPr>
          <w:b/>
          <w:color w:val="674E65"/>
          <w:sz w:val="24"/>
        </w:rPr>
        <w:t>Opening</w:t>
      </w:r>
    </w:p>
    <w:p>
      <w:pPr>
        <w:spacing w:after="100"/>
      </w:pPr>
      <w:r>
        <w:rPr>
          <w:b w:val="0"/>
          <w:sz w:val="22"/>
        </w:rPr>
        <w:t>Dear [Hiring contact] I am applying for [Role] as I move from [Previous field] into [Target field]. My background in [Transferable skill] supports [Relevant requirement].</w:t>
      </w:r>
    </w:p>
    <w:p>
      <w:pPr>
        <w:spacing w:after="100"/>
      </w:pPr>
      <w:r>
        <w:rPr>
          <w:b w:val="0"/>
          <w:sz w:val="21"/>
        </w:rPr>
      </w:r>
    </w:p>
    <w:p>
      <w:pPr>
        <w:pStyle w:val="Heading1"/>
        <w:spacing w:after="100"/>
      </w:pPr>
      <w:r>
        <w:rPr>
          <w:b/>
          <w:color w:val="674E65"/>
          <w:sz w:val="24"/>
        </w:rPr>
        <w:t>Evidence</w:t>
      </w:r>
    </w:p>
    <w:p>
      <w:pPr>
        <w:spacing w:after="100"/>
      </w:pPr>
      <w:r>
        <w:rPr>
          <w:b w:val="0"/>
          <w:sz w:val="22"/>
        </w:rPr>
        <w:t>In [Previous work] I [Action and result]. I have prepared for this transition through [Course project or experience] where I demonstrated [Skill with evidence].</w:t>
      </w:r>
    </w:p>
    <w:p>
      <w:pPr>
        <w:spacing w:after="100"/>
      </w:pPr>
      <w:r>
        <w:rPr>
          <w:b w:val="0"/>
          <w:sz w:val="21"/>
        </w:rPr>
      </w:r>
    </w:p>
    <w:p>
      <w:pPr>
        <w:pStyle w:val="Heading1"/>
        <w:spacing w:after="100"/>
      </w:pPr>
      <w:r>
        <w:rPr>
          <w:b/>
          <w:color w:val="674E65"/>
          <w:sz w:val="24"/>
        </w:rPr>
        <w:t>Close</w:t>
      </w:r>
    </w:p>
    <w:p>
      <w:pPr>
        <w:spacing w:after="100"/>
      </w:pPr>
      <w:r>
        <w:rPr>
          <w:b w:val="0"/>
          <w:sz w:val="22"/>
        </w:rPr>
        <w:t>Your work on [Specific area] interests me because [Reason]. I would welcome the opportunity to explain how my experience could support [Team goal]. Yours sincerely [Name].</w:t>
      </w:r>
    </w:p>
    <w:p>
      <w:pPr>
        <w:spacing w:after="100"/>
      </w:pPr>
      <w:r>
        <w:rPr>
          <w:b w:val="0"/>
          <w:sz w:val="21"/>
        </w:rPr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Georgia" w:hAnsi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Cover Letter</dc:title>
  <dc:subject>Explain a change of direction using transferable skills and credible recent evidence.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