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sz w:val="46"/>
        </w:rPr>
        <w:t>Professional Job Application Cover Letter</w:t>
      </w:r>
    </w:p>
    <w:p>
      <w:pPr>
        <w:spacing w:after="100"/>
      </w:pPr>
      <w:r>
        <w:rPr>
          <w:b w:val="0"/>
          <w:sz w:val="19"/>
        </w:rPr>
        <w:t>Write a concise application that connects relevant evidence to the advertised role.</w:t>
      </w:r>
    </w:p>
    <w:p>
      <w:pPr>
        <w:spacing w:after="100"/>
      </w:pPr>
      <w:r>
        <w:rPr>
          <w:b w:val="0"/>
          <w:sz w:val="20"/>
        </w:rPr>
        <w:t>[Applicant name phone email and location]</w:t>
      </w:r>
    </w:p>
    <w:p>
      <w:pPr>
        <w:spacing w:after="100"/>
      </w:pPr>
      <w:r>
        <w:rPr>
          <w:b w:val="0"/>
          <w:sz w:val="20"/>
        </w:rPr>
        <w:t>[Date recipient and organisation]</w:t>
      </w:r>
    </w:p>
    <w:p>
      <w:pPr>
        <w:spacing w:after="100"/>
      </w:pPr>
      <w:r>
        <w:rPr>
          <w:b w:val="0"/>
          <w:sz w:val="22"/>
        </w:rPr>
        <w:t>Dear [Hiring contact] I am applying for [Role] advertised at [Source]. My experience in [Relevant area] matches your need for [Priority].</w:t>
      </w:r>
    </w:p>
    <w:p>
      <w:pPr>
        <w:spacing w:after="100"/>
      </w:pPr>
      <w:r>
        <w:rPr>
          <w:b w:val="0"/>
          <w:sz w:val="21"/>
        </w:rPr>
      </w:r>
    </w:p>
    <w:p>
      <w:pPr>
        <w:spacing w:after="100"/>
      </w:pPr>
      <w:r>
        <w:rPr>
          <w:b w:val="0"/>
          <w:sz w:val="22"/>
        </w:rPr>
        <w:t>In [Role or project] I [Action] which led to [Specific result]. This involved [Relevant skill] and [Scope or responsibility].</w:t>
      </w:r>
    </w:p>
    <w:p>
      <w:pPr>
        <w:spacing w:after="100"/>
      </w:pPr>
      <w:r>
        <w:rPr>
          <w:b w:val="0"/>
          <w:sz w:val="21"/>
        </w:rPr>
      </w:r>
    </w:p>
    <w:p>
      <w:pPr>
        <w:spacing w:after="100"/>
      </w:pPr>
      <w:r>
        <w:rPr>
          <w:b w:val="0"/>
          <w:sz w:val="22"/>
        </w:rPr>
        <w:t>I am interested in [Specific feature of the organisation or work]. I would welcome a discussion about [Contribution]. Thank you for reviewing my application. Yours sincerely [Name].</w:t>
      </w:r>
    </w:p>
    <w:p>
      <w:pPr>
        <w:spacing w:after="100"/>
      </w:pPr>
      <w:r>
        <w:rPr>
          <w:b w:val="0"/>
          <w:sz w:val="21"/>
        </w:rPr>
      </w:r>
    </w:p>
    <w:sectPr w:rsidR="00FC693F" w:rsidRPr="0006063C" w:rsidSect="00034616">
      <w:footerReference w:type="default" r:id="rId9"/>
      <w:pgSz w:w="12240" w:h="15840"/>
      <w:pgMar w:top="792" w:right="864" w:bottom="792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66747D"/>
        <w:sz w:val="16"/>
      </w:rPr>
      <w:t>Template Swift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before="40" w:line="252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4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00" w:line="240" w:lineRule="auto" w:before="4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00" w:before="40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Job Application Cover Letter</dc:title>
  <dc:subject>Write a concise application that connects relevant evidence to the advertised role.</dc:subject>
  <dc:creator>Template Swift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