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6"/>
        </w:rPr>
        <w:t>Project Milestone Invoice Template</w:t>
      </w:r>
    </w:p>
    <w:p>
      <w:pPr>
        <w:spacing w:after="100"/>
      </w:pPr>
      <w:r>
        <w:rPr>
          <w:b w:val="0"/>
          <w:sz w:val="20"/>
        </w:rPr>
        <w:t>Bill an agreed project milestone and identify the work covered by the invoice.</w:t>
      </w:r>
    </w:p>
    <w:p>
      <w:pPr>
        <w:pStyle w:val="Heading1"/>
        <w:spacing w:after="100"/>
      </w:pPr>
      <w:r>
        <w:rPr>
          <w:b/>
          <w:color w:val="254C60"/>
          <w:sz w:val="24"/>
        </w:rPr>
        <w:t>Invoice details</w:t>
      </w:r>
    </w:p>
    <w:p>
      <w:pPr>
        <w:spacing w:after="100"/>
      </w:pPr>
      <w:r>
        <w:rPr>
          <w:b w:val="0"/>
          <w:sz w:val="19"/>
        </w:rPr>
        <w:t>Supplier customer invoice number and date: ____________________     Project purchase order and currency: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shd w:fill="254C6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Milestone</w:t>
            </w:r>
          </w:p>
        </w:tc>
        <w:tc>
          <w:tcPr>
            <w:tcW w:type="dxa" w:w="3528"/>
            <w:shd w:fill="254C6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Agreed fee</w:t>
            </w:r>
          </w:p>
        </w:tc>
        <w:tc>
          <w:tcPr>
            <w:tcW w:type="dxa" w:w="3528"/>
            <w:shd w:fill="254C6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Previously billed</w:t>
            </w:r>
          </w:p>
        </w:tc>
        <w:tc>
          <w:tcPr>
            <w:tcW w:type="dxa" w:w="3528"/>
            <w:shd w:fill="254C60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r>
              <w:rPr>
                <w:b/>
                <w:color w:val="FFFFFF"/>
                <w:sz w:val="18"/>
              </w:rPr>
              <w:t>Now due</w:t>
            </w:r>
          </w:p>
        </w:tc>
      </w:tr>
      <w:tr>
        <w:trPr>
          <w:trHeight w:val="490" w:hRule="atLeast"/>
        </w:trPr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shd w:fill="F1F4F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  <w:tr>
        <w:trPr>
          <w:trHeight w:val="490" w:hRule="atLeast"/>
        </w:trPr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  <w:tc>
          <w:tcPr>
            <w:tcW w:type="dxa" w:w="3528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/>
        </w:tc>
      </w:tr>
    </w:tbl>
    <w:p>
      <w:pPr>
        <w:pStyle w:val="Heading1"/>
        <w:spacing w:after="100"/>
      </w:pPr>
      <w:r>
        <w:rPr>
          <w:b/>
          <w:color w:val="254C60"/>
          <w:sz w:val="24"/>
        </w:rPr>
        <w:t>Payment record</w:t>
      </w:r>
    </w:p>
    <w:p>
      <w:pPr>
        <w:spacing w:after="100"/>
      </w:pPr>
      <w:r>
        <w:rPr>
          <w:b w:val="0"/>
          <w:sz w:val="19"/>
        </w:rPr>
        <w:t>Payment details and due date: __________________________________________</w:t>
      </w:r>
    </w:p>
    <w:p>
      <w:pPr>
        <w:spacing w:after="100"/>
      </w:pPr>
      <w:r>
        <w:rPr>
          <w:b w:val="0"/>
          <w:sz w:val="19"/>
        </w:rPr>
        <w:t>Applicable tax details entered by issuer: __________________________________________</w:t>
      </w:r>
    </w:p>
    <w:p>
      <w:pPr>
        <w:pStyle w:val="Heading1"/>
        <w:spacing w:after="100"/>
      </w:pPr>
      <w:r>
        <w:rPr>
          <w:b/>
          <w:color w:val="254C60"/>
          <w:sz w:val="24"/>
        </w:rPr>
        <w:t>Issuing record</w:t>
      </w:r>
    </w:p>
    <w:p>
      <w:pPr>
        <w:spacing w:after="100"/>
      </w:pPr>
      <w:r>
        <w:rPr>
          <w:b w:val="0"/>
          <w:sz w:val="19"/>
        </w:rPr>
        <w:t>Contact for questions and supporting reference: __________________________________________</w:t>
      </w:r>
    </w:p>
    <w:p>
      <w:pPr>
        <w:spacing w:after="100"/>
      </w:pPr>
      <w:r>
        <w:rPr>
          <w:b w:val="0"/>
          <w:sz w:val="19"/>
        </w:rPr>
        <w:t>Prepared by and authorised date: __________________________________________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Milestone Invoice Template</dc:title>
  <dc:subject>Bill an agreed project milestone and identify the work covered by the invoice.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