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8"/>
        </w:rPr>
        <w:t>Cash Payment Receipt Template</w:t>
      </w:r>
    </w:p>
    <w:p>
      <w:pPr>
        <w:spacing w:after="100"/>
      </w:pPr>
      <w:r>
        <w:rPr>
          <w:b w:val="0"/>
          <w:sz w:val="20"/>
        </w:rPr>
        <w:t>Acknowledge a cash payment with a clear payer purpose currency and remaining balance.</w:t>
      </w:r>
    </w:p>
    <w:p>
      <w:pPr>
        <w:pStyle w:val="Heading1"/>
        <w:spacing w:after="100"/>
      </w:pPr>
      <w:r>
        <w:rPr>
          <w:b/>
          <w:color w:val="76503E"/>
          <w:sz w:val="24"/>
        </w:rPr>
        <w:t>Receipt identity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Receipt number date and time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Business name address and contact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76503E"/>
          <w:sz w:val="24"/>
        </w:rPr>
        <w:t>Payment details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Received from and payment purpose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Amount in figures words and currency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76503E"/>
          <w:sz w:val="24"/>
        </w:rPr>
        <w:t>Account record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Invoice or account reference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Amount due received and balance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76503E"/>
          <w:sz w:val="24"/>
        </w:rPr>
        <w:t>Acknowledgement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Received by name role and signature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Customer copy and receipt reference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Cambria" w:hAnsi="Cambr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Cambria" w:hAnsi="Cambr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Cambria" w:hAnsi="Cambria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Cambria" w:hAnsi="Cambria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Payment Receipt Template</dc:title>
  <dc:subject>Acknowledge a cash payment with a clear payer purpose currency and remaining balance.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