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sz w:val="48"/>
        </w:rPr>
        <w:t>Deposit Payment Acknowledgement</w:t>
      </w:r>
    </w:p>
    <w:p>
      <w:pPr>
        <w:spacing w:after="100"/>
      </w:pPr>
      <w:r>
        <w:rPr>
          <w:b w:val="0"/>
          <w:sz w:val="20"/>
        </w:rPr>
        <w:t>Record a deposit against a stated order and show the amount still due.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FE3"/>
          <w:left w:val="single" w:sz="4" w:color="D9DFE3"/>
          <w:bottom w:val="single" w:sz="4" w:color="D9DFE3"/>
          <w:right w:val="single" w:sz="4" w:color="D9DFE3"/>
          <w:insideH w:val="single" w:sz="4" w:color="D9DFE3"/>
          <w:insideV w:val="single" w:sz="4" w:color="D9DFE3"/>
        </w:tblBorders>
      </w:tblPr>
      <w:tblGrid>
        <w:gridCol w:w="5256"/>
        <w:gridCol w:w="5256"/>
      </w:tblGrid>
      <w:tr>
        <w:tc>
          <w:tcPr>
            <w:tcW w:type="dxa" w:w="5256"/>
            <w:shd w:fill="F2F5F7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3B5875"/>
                <w:sz w:val="24"/>
              </w:rPr>
              <w:t>Order details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Business customer and order reference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Description of reserved goods or service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5256"/>
            <w:shd w:fill="FAF7F1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3B5875"/>
                <w:sz w:val="24"/>
              </w:rPr>
              <w:t>Deposit record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Deposit amount currency and date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Payment method and transaction reference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</w:tr>
      <w:tr>
        <w:tc>
          <w:tcPr>
            <w:tcW w:type="dxa" w:w="5256"/>
            <w:shd w:fill="F2F5F7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3B5875"/>
                <w:sz w:val="24"/>
              </w:rPr>
              <w:t>Balance and terms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Order total and outstanding balance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Due date and agreed cancellation terms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  <w:tc>
          <w:tcPr>
            <w:tcW w:type="dxa" w:w="5256"/>
            <w:shd w:fill="FAF7F1"/>
            <w:vAlign w:val="top"/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pStyle w:val="Heading1"/>
              <w:spacing w:after="100"/>
            </w:pPr>
            <w:r>
              <w:rPr>
                <w:b/>
                <w:color w:val="3B5875"/>
                <w:sz w:val="24"/>
              </w:rPr>
              <w:t>Acknowledgement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Issued by and customer contact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  <w:p>
            <w:pPr>
              <w:spacing w:after="100"/>
            </w:pPr>
            <w:r>
              <w:rPr>
                <w:b/>
                <w:sz w:val="20"/>
              </w:rPr>
              <w:t>Signature date and copy reference</w:t>
            </w:r>
          </w:p>
          <w:p>
            <w:pPr>
              <w:spacing w:after="100"/>
            </w:pPr>
            <w:r>
              <w:rPr>
                <w:b w:val="0"/>
                <w:sz w:val="18"/>
              </w:rPr>
              <w:t>______________________________</w:t>
            </w:r>
          </w:p>
        </w:tc>
      </w:tr>
    </w:tbl>
    <w:p>
      <w:pPr>
        <w:spacing w:after="100"/>
      </w:pPr>
      <w:r>
        <w:rPr>
          <w:b w:val="0"/>
          <w:sz w:val="20"/>
        </w:rPr>
        <w:t>Prepared by ____________________     Date __________     Review ____________________</w:t>
      </w:r>
    </w:p>
    <w:sectPr w:rsidR="00FC693F" w:rsidRPr="0006063C" w:rsidSect="00034616">
      <w:footerReference w:type="default" r:id="rId9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47D"/>
        <w:sz w:val="16"/>
      </w:rPr>
      <w:t>Template Swift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40" w:line="252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 Payment Acknowledgement</dc:title>
  <dc:subject>Record a deposit against a stated order and show the amount still due.</dc:subject>
  <dc:creator>Template Swift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